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i w:val="0"/>
          <w:color w:val="1D2520"/>
          <w:sz w:val="48"/>
        </w:rPr>
        <w:t>KEVIN KUHN</w:t>
      </w:r>
    </w:p>
    <w:p>
      <w:pPr>
        <w:spacing w:before="0" w:after="30"/>
        <w:jc w:val="center"/>
      </w:pPr>
      <w:r>
        <w:rPr>
          <w:rFonts w:ascii="Arial" w:hAnsi="Arial"/>
          <w:b/>
          <w:i w:val="0"/>
          <w:color w:val="1B6B45"/>
          <w:sz w:val="21"/>
        </w:rPr>
        <w:t>GAMEPLAY &amp; TOOLS PROGRAMMER</w:t>
      </w:r>
    </w:p>
    <w:p>
      <w:pPr>
        <w:spacing w:before="0" w:after="100"/>
        <w:jc w:val="center"/>
      </w:pPr>
      <w:r>
        <w:rPr>
          <w:rFonts w:ascii="Arial" w:hAnsi="Arial"/>
          <w:b w:val="0"/>
          <w:i w:val="0"/>
          <w:color w:val="525B55"/>
          <w:sz w:val="17"/>
        </w:rPr>
        <w:t xml:space="preserve">Simpsonville, SC  |  (864) 483-4101  |  </w:t>
      </w:r>
      <w:hyperlink r:id="rId9">
        <w:r>
          <w:rPr>
            <w:rFonts w:ascii="Arial" w:hAnsi="Arial"/>
            <w:sz w:val="17"/>
            <w:color w:val="1B6B45"/>
          </w:rPr>
          <w:t>kevin@thekuhnfamily.org</w:t>
        </w:r>
      </w:hyperlink>
      <w:r>
        <w:rPr>
          <w:rFonts w:ascii="Arial" w:hAnsi="Arial"/>
          <w:b w:val="0"/>
          <w:i w:val="0"/>
          <w:color w:val="525B55"/>
          <w:sz w:val="17"/>
        </w:rPr>
        <w:t xml:space="preserve">  |  </w:t>
      </w:r>
      <w:hyperlink r:id="rId10">
        <w:r>
          <w:rPr>
            <w:rFonts w:ascii="Arial" w:hAnsi="Arial"/>
            <w:sz w:val="17"/>
            <w:color w:val="1B6B45"/>
          </w:rPr>
          <w:t>kevin-kuhn.dev</w:t>
        </w:r>
      </w:hyperlink>
      <w:r>
        <w:rPr>
          <w:rFonts w:ascii="Arial" w:hAnsi="Arial"/>
          <w:b w:val="0"/>
          <w:i w:val="0"/>
          <w:color w:val="525B55"/>
          <w:sz w:val="17"/>
        </w:rPr>
        <w:t xml:space="preserve">  |  </w:t>
      </w:r>
      <w:hyperlink r:id="rId11">
        <w:r>
          <w:rPr>
            <w:rFonts w:ascii="Arial" w:hAnsi="Arial"/>
            <w:sz w:val="17"/>
            <w:color w:val="1B6B45"/>
          </w:rPr>
          <w:t>LinkedIn</w:t>
        </w:r>
      </w:hyperlink>
      <w:r>
        <w:rPr>
          <w:rFonts w:ascii="Arial" w:hAnsi="Arial"/>
          <w:b w:val="0"/>
          <w:i w:val="0"/>
          <w:color w:val="525B55"/>
          <w:sz w:val="17"/>
        </w:rPr>
        <w:t xml:space="preserve">  |  </w:t>
      </w:r>
      <w:hyperlink r:id="rId12">
        <w:r>
          <w:rPr>
            <w:rFonts w:ascii="Arial" w:hAnsi="Arial"/>
            <w:sz w:val="17"/>
            <w:color w:val="1B6B45"/>
          </w:rPr>
          <w:t>GitHub</w:t>
        </w:r>
      </w:hyperlink>
    </w:p>
    <w:p>
      <w:pPr>
        <w:pStyle w:val="ResumeSection"/>
        <w:pBdr>
          <w:bottom w:val="single" w:sz="7" w:space="2" w:color="CAD3CE"/>
        </w:pBdr>
      </w:pPr>
      <w:r>
        <w:rPr>
          <w:rFonts w:ascii="Arial" w:hAnsi="Arial"/>
          <w:b/>
          <w:i w:val="0"/>
          <w:color w:val="1B6B45"/>
          <w:sz w:val="20"/>
        </w:rPr>
        <w:t>PROFESSIONAL SUMMARY</w:t>
      </w:r>
    </w:p>
    <w:p>
      <w:pPr>
        <w:spacing w:after="40"/>
      </w:pPr>
      <w:r>
        <w:rPr>
          <w:rFonts w:ascii="Arial" w:hAnsi="Arial"/>
          <w:b w:val="0"/>
          <w:i w:val="0"/>
          <w:color w:val="1D2520"/>
          <w:sz w:val="18"/>
        </w:rPr>
        <w:t>Gameplay and tools programmer with professional cross-platform application experience and an M.S. in Digital Production Arts. Builds precise Unity gameplay systems, C++ rendering features, practical tools, and reliable mobile products.</w:t>
      </w:r>
    </w:p>
    <w:p>
      <w:pPr>
        <w:pStyle w:val="ResumeSection"/>
        <w:pBdr>
          <w:bottom w:val="single" w:sz="7" w:space="2" w:color="CAD3CE"/>
        </w:pBdr>
      </w:pPr>
      <w:r>
        <w:rPr>
          <w:rFonts w:ascii="Arial" w:hAnsi="Arial"/>
          <w:b/>
          <w:i w:val="0"/>
          <w:color w:val="1B6B45"/>
          <w:sz w:val="20"/>
        </w:rPr>
        <w:t>TECHNICAL SKILLS</w:t>
      </w:r>
    </w:p>
    <w:p>
      <w:pPr>
        <w:spacing w:after="14"/>
      </w:pPr>
      <w:r>
        <w:rPr>
          <w:rFonts w:ascii="Arial" w:hAnsi="Arial"/>
          <w:b/>
          <w:i w:val="0"/>
          <w:color w:val="1B6B45"/>
          <w:sz w:val="17"/>
        </w:rPr>
        <w:t xml:space="preserve">Languages: </w:t>
      </w:r>
      <w:r>
        <w:rPr>
          <w:rFonts w:ascii="Arial" w:hAnsi="Arial"/>
          <w:b w:val="0"/>
          <w:i w:val="0"/>
          <w:color w:val="1D2520"/>
          <w:sz w:val="17"/>
        </w:rPr>
        <w:t>C++, C#, Python, JavaScript, Dart</w:t>
      </w:r>
    </w:p>
    <w:p>
      <w:pPr>
        <w:spacing w:after="14"/>
      </w:pPr>
      <w:r>
        <w:rPr>
          <w:rFonts w:ascii="Arial" w:hAnsi="Arial"/>
          <w:b/>
          <w:i w:val="0"/>
          <w:color w:val="1B6B45"/>
          <w:sz w:val="17"/>
        </w:rPr>
        <w:t xml:space="preserve">Game &amp; Graphics: </w:t>
      </w:r>
      <w:r>
        <w:rPr>
          <w:rFonts w:ascii="Arial" w:hAnsi="Arial"/>
          <w:b w:val="0"/>
          <w:i w:val="0"/>
          <w:color w:val="1D2520"/>
          <w:sz w:val="17"/>
        </w:rPr>
        <w:t>Unity, OpenGL, PBRT, gameplay physics, state machines, VR/XR</w:t>
      </w:r>
    </w:p>
    <w:p>
      <w:pPr>
        <w:spacing w:after="14"/>
      </w:pPr>
      <w:r>
        <w:rPr>
          <w:rFonts w:ascii="Arial" w:hAnsi="Arial"/>
          <w:b/>
          <w:i w:val="0"/>
          <w:color w:val="1B6B45"/>
          <w:sz w:val="17"/>
        </w:rPr>
        <w:t xml:space="preserve">Product &amp; Tools: </w:t>
      </w:r>
      <w:r>
        <w:rPr>
          <w:rFonts w:ascii="Arial" w:hAnsi="Arial"/>
          <w:b w:val="0"/>
          <w:i w:val="0"/>
          <w:color w:val="1D2520"/>
          <w:sz w:val="17"/>
        </w:rPr>
        <w:t>React Native, .NET MAUI, Flutter, Git, GameCI</w:t>
      </w:r>
    </w:p>
    <w:p>
      <w:pPr>
        <w:pStyle w:val="ResumeSection"/>
        <w:pBdr>
          <w:bottom w:val="single" w:sz="7" w:space="2" w:color="CAD3CE"/>
        </w:pBdr>
      </w:pPr>
      <w:r>
        <w:rPr>
          <w:rFonts w:ascii="Arial" w:hAnsi="Arial"/>
          <w:b/>
          <w:i w:val="0"/>
          <w:color w:val="1B6B45"/>
          <w:sz w:val="20"/>
        </w:rPr>
        <w:t>PROFESSIONAL EXPERIENCE</w:t>
      </w:r>
    </w:p>
    <w:p>
      <w:pPr>
        <w:pStyle w:val="EntryHeader"/>
        <w:tabs>
          <w:tab w:pos="10339" w:val="right"/>
        </w:tabs>
      </w:pPr>
      <w:r>
        <w:rPr>
          <w:rFonts w:ascii="Arial" w:hAnsi="Arial"/>
          <w:b/>
          <w:i w:val="0"/>
          <w:color w:val="1D2520"/>
          <w:sz w:val="19"/>
        </w:rPr>
        <w:t>SermonAudio</w:t>
      </w:r>
      <w:r>
        <w:rPr>
          <w:rFonts w:ascii="Arial" w:hAnsi="Arial"/>
          <w:b/>
          <w:i w:val="0"/>
          <w:color w:val="525B55"/>
          <w:sz w:val="17"/>
        </w:rPr>
        <w:tab/>
        <w:t>Jan 2023 - Dec 2024</w:t>
      </w:r>
    </w:p>
    <w:p>
      <w:pPr>
        <w:pStyle w:val="EntrySubtitle"/>
      </w:pPr>
      <w:r>
        <w:rPr>
          <w:rFonts w:ascii="Arial" w:hAnsi="Arial"/>
          <w:b w:val="0"/>
          <w:i/>
          <w:color w:val="1B6B45"/>
          <w:sz w:val="17"/>
        </w:rPr>
        <w:t>Mobile App Developer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Modernized legacy Xamarin applications by evaluating .NET MAUI and Flutter and helping establish a React Native architecture.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Developed cross-platform product features with an emphasis on reliable media playback and responsive rendering for large datasets.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Helped ship ChurchOne on iOS and Android in July 2024 while building a reusable foundation for the main SermonAudio application.</w:t>
      </w:r>
    </w:p>
    <w:p>
      <w:pPr>
        <w:pStyle w:val="ResumeSection"/>
        <w:pBdr>
          <w:bottom w:val="single" w:sz="7" w:space="2" w:color="CAD3CE"/>
        </w:pBdr>
      </w:pPr>
      <w:r>
        <w:rPr>
          <w:rFonts w:ascii="Arial" w:hAnsi="Arial"/>
          <w:b/>
          <w:i w:val="0"/>
          <w:color w:val="1B6B45"/>
          <w:sz w:val="20"/>
        </w:rPr>
        <w:t>EDUCATION</w:t>
      </w:r>
    </w:p>
    <w:p>
      <w:pPr>
        <w:pStyle w:val="EntryHeader"/>
        <w:tabs>
          <w:tab w:pos="10339" w:val="right"/>
        </w:tabs>
      </w:pPr>
      <w:r>
        <w:rPr>
          <w:rFonts w:ascii="Arial" w:hAnsi="Arial"/>
          <w:b/>
          <w:i w:val="0"/>
          <w:color w:val="1D2520"/>
          <w:sz w:val="19"/>
        </w:rPr>
        <w:t>Clemson University</w:t>
      </w:r>
      <w:r>
        <w:rPr>
          <w:rFonts w:ascii="Arial" w:hAnsi="Arial"/>
          <w:b/>
          <w:i w:val="0"/>
          <w:color w:val="525B55"/>
          <w:sz w:val="17"/>
        </w:rPr>
        <w:tab/>
        <w:t>Aug 2024 - May 2026</w:t>
      </w:r>
    </w:p>
    <w:p>
      <w:pPr>
        <w:pStyle w:val="EntrySubtitle"/>
      </w:pPr>
      <w:r>
        <w:rPr>
          <w:rFonts w:ascii="Arial" w:hAnsi="Arial"/>
          <w:b w:val="0"/>
          <w:i/>
          <w:color w:val="1B6B45"/>
          <w:sz w:val="17"/>
        </w:rPr>
        <w:t>M.S. Digital Production Arts  |  GPA: 3.96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Named Outstanding M.S. Student in Digital Production Arts for exceptional academic and technical performance.</w:t>
      </w:r>
    </w:p>
    <w:p>
      <w:pPr>
        <w:pStyle w:val="EntryHeader"/>
        <w:tabs>
          <w:tab w:pos="10339" w:val="right"/>
        </w:tabs>
      </w:pPr>
      <w:r>
        <w:rPr>
          <w:rFonts w:ascii="Arial" w:hAnsi="Arial"/>
          <w:b/>
          <w:i w:val="0"/>
          <w:color w:val="1D2520"/>
          <w:sz w:val="19"/>
        </w:rPr>
        <w:t>Bob Jones University</w:t>
      </w:r>
      <w:r>
        <w:rPr>
          <w:rFonts w:ascii="Arial" w:hAnsi="Arial"/>
          <w:b/>
          <w:i w:val="0"/>
          <w:color w:val="525B55"/>
          <w:sz w:val="17"/>
        </w:rPr>
        <w:tab/>
        <w:t>Aug 2020 - Dec 2023</w:t>
      </w:r>
    </w:p>
    <w:p>
      <w:pPr>
        <w:pStyle w:val="EntrySubtitle"/>
      </w:pPr>
      <w:r>
        <w:rPr>
          <w:rFonts w:ascii="Arial" w:hAnsi="Arial"/>
          <w:b w:val="0"/>
          <w:i/>
          <w:color w:val="1B6B45"/>
          <w:sz w:val="17"/>
        </w:rPr>
        <w:t>B.S. Computer Science  |  GPA: 3.78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Graduated one semester early; placed 1st in the 2023 university programming contest and on the 2022 CCSC-SE programming team.</w:t>
      </w:r>
    </w:p>
    <w:p>
      <w:pPr>
        <w:pStyle w:val="ResumeSection"/>
        <w:pBdr>
          <w:bottom w:val="single" w:sz="7" w:space="2" w:color="CAD3CE"/>
        </w:pBdr>
      </w:pPr>
      <w:r>
        <w:rPr>
          <w:rFonts w:ascii="Arial" w:hAnsi="Arial"/>
          <w:b/>
          <w:i w:val="0"/>
          <w:color w:val="1B6B45"/>
          <w:sz w:val="20"/>
        </w:rPr>
        <w:t>SELECTED PROJECTS</w:t>
      </w:r>
    </w:p>
    <w:p>
      <w:pPr>
        <w:pStyle w:val="EntryHeader"/>
        <w:tabs>
          <w:tab w:pos="10339" w:val="right"/>
        </w:tabs>
      </w:pPr>
      <w:r>
        <w:rPr>
          <w:rFonts w:ascii="Arial" w:hAnsi="Arial"/>
          <w:b/>
          <w:i w:val="0"/>
          <w:color w:val="1D2520"/>
          <w:sz w:val="19"/>
        </w:rPr>
        <w:t>LUMMM</w:t>
      </w:r>
      <w:r>
        <w:rPr>
          <w:rFonts w:ascii="Arial" w:hAnsi="Arial"/>
          <w:b/>
          <w:i w:val="0"/>
          <w:color w:val="525B55"/>
          <w:sz w:val="17"/>
        </w:rPr>
        <w:tab/>
        <w:t>Aug 2020 - Present</w:t>
      </w:r>
    </w:p>
    <w:p>
      <w:pPr>
        <w:pStyle w:val="EntrySubtitle"/>
      </w:pPr>
      <w:r>
        <w:rPr>
          <w:rFonts w:ascii="Arial" w:hAnsi="Arial"/>
          <w:b w:val="0"/>
          <w:i/>
          <w:color w:val="1B6B45"/>
          <w:sz w:val="17"/>
        </w:rPr>
        <w:t>Unity, C#, GameCI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Implemented precise player physics, state-machine logic, and automated WebGL builds and deployments for a collaborative platformer project.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Reached 100,000+ project video views and 2,000+ downloads on itch.io; maintained an accessible browser-playable build.</w:t>
      </w:r>
    </w:p>
    <w:p>
      <w:pPr>
        <w:pStyle w:val="EntryHeader"/>
        <w:tabs>
          <w:tab w:pos="10339" w:val="right"/>
        </w:tabs>
      </w:pPr>
      <w:r>
        <w:rPr>
          <w:rFonts w:ascii="Arial" w:hAnsi="Arial"/>
          <w:b/>
          <w:i w:val="0"/>
          <w:color w:val="1D2520"/>
          <w:sz w:val="19"/>
        </w:rPr>
        <w:t>Thin-Film Interference Material</w:t>
      </w:r>
      <w:r>
        <w:rPr>
          <w:rFonts w:ascii="Arial" w:hAnsi="Arial"/>
          <w:b/>
          <w:i w:val="0"/>
          <w:color w:val="525B55"/>
          <w:sz w:val="17"/>
        </w:rPr>
        <w:tab/>
        <w:t>Graduate Graphics Project</w:t>
      </w:r>
    </w:p>
    <w:p>
      <w:pPr>
        <w:pStyle w:val="EntrySubtitle"/>
      </w:pPr>
      <w:r>
        <w:rPr>
          <w:rFonts w:ascii="Arial" w:hAnsi="Arial"/>
          <w:b w:val="0"/>
          <w:i/>
          <w:color w:val="1B6B45"/>
          <w:sz w:val="17"/>
        </w:rPr>
        <w:t>C++, PBRT, Optical Physics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Implemented Rouard's method and spectral loops in a custom PBRT material to simulate wavelength-dependent iridescence.</w:t>
      </w:r>
    </w:p>
    <w:p>
      <w:pPr>
        <w:pStyle w:val="EntryHeader"/>
        <w:tabs>
          <w:tab w:pos="10339" w:val="right"/>
        </w:tabs>
      </w:pPr>
      <w:r>
        <w:rPr>
          <w:rFonts w:ascii="Arial" w:hAnsi="Arial"/>
          <w:b/>
          <w:i w:val="0"/>
          <w:color w:val="1D2520"/>
          <w:sz w:val="19"/>
        </w:rPr>
        <w:t>Algorithmic Puzzle Solvers</w:t>
      </w:r>
      <w:r>
        <w:rPr>
          <w:rFonts w:ascii="Arial" w:hAnsi="Arial"/>
          <w:b/>
          <w:i w:val="0"/>
          <w:color w:val="525B55"/>
          <w:sz w:val="17"/>
        </w:rPr>
        <w:tab/>
        <w:t>Independent Projects</w:t>
      </w:r>
    </w:p>
    <w:p>
      <w:pPr>
        <w:pStyle w:val="EntrySubtitle"/>
      </w:pPr>
      <w:r>
        <w:rPr>
          <w:rFonts w:ascii="Arial" w:hAnsi="Arial"/>
          <w:b w:val="0"/>
          <w:i/>
          <w:color w:val="1B6B45"/>
          <w:sz w:val="17"/>
        </w:rPr>
        <w:t>C++, JavaScript, State-Space Search</w:t>
      </w:r>
    </w:p>
    <w:p>
      <w:pPr>
        <w:pStyle w:val="ResumeBullet"/>
      </w:pPr>
      <w:r>
        <w:rPr>
          <w:rFonts w:ascii="Arial" w:hAnsi="Arial"/>
          <w:b w:val="0"/>
          <w:i w:val="0"/>
          <w:color w:val="1D2520"/>
          <w:sz w:val="18"/>
        </w:rPr>
        <w:t>Built a Baba Is You logic solver using rule-level macro-actions and an interactive polyomino solver using optimized backtracking.</w:t>
      </w:r>
    </w:p>
    <w:sectPr w:rsidR="00FC693F" w:rsidRPr="0006063C" w:rsidSect="00034616">
      <w:pgSz w:w="12240" w:h="15840"/>
      <w:pgMar w:top="691" w:right="893" w:bottom="691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47" w:lineRule="auto"/>
    </w:pPr>
    <w:rPr>
      <w:rFonts w:ascii="Arial" w:hAnsi="Arial"/>
      <w:color w:val="1D252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basedOn w:val="Normal"/>
    <w:pPr>
      <w:keepNext/>
      <w:spacing w:before="120" w:after="60"/>
    </w:pPr>
  </w:style>
  <w:style w:type="paragraph" w:customStyle="1" w:styleId="EntryHeader">
    <w:name w:val="Entry Header"/>
    <w:basedOn w:val="Normal"/>
    <w:pPr>
      <w:keepNext/>
      <w:spacing w:before="60" w:after="0"/>
    </w:pPr>
  </w:style>
  <w:style w:type="paragraph" w:customStyle="1" w:styleId="EntrySubtitle">
    <w:name w:val="Entry Subtitle"/>
    <w:basedOn w:val="Normal"/>
    <w:pPr>
      <w:keepNext/>
      <w:spacing w:before="0" w:after="20"/>
    </w:pPr>
  </w:style>
  <w:style w:type="paragraph" w:customStyle="1" w:styleId="ResumeBullet">
    <w:name w:val="Resume Bullet"/>
    <w:basedOn w:val="ListBullet"/>
    <w:pPr>
      <w:spacing w:before="0" w:after="26" w:line="240" w:lineRule="auto"/>
      <w:ind w:left="403" w:hanging="20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kevin@thekuhnfamily.org" TargetMode="External"/><Relationship Id="rId10" Type="http://schemas.openxmlformats.org/officeDocument/2006/relationships/hyperlink" Target="https://kevin-kuhn.dev/" TargetMode="External"/><Relationship Id="rId11" Type="http://schemas.openxmlformats.org/officeDocument/2006/relationships/hyperlink" Target="https://www.linkedin.com/in/kevin-r-kuhn/" TargetMode="External"/><Relationship Id="rId12" Type="http://schemas.openxmlformats.org/officeDocument/2006/relationships/hyperlink" Target="https://github.com/kkuhn3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Kevin Kuhn - Gameplay and Tools Programmer Resume</dc:title>
  <dc:subject>Professional resume</dc:subject>
  <dc:creator>Kevin Kuhn</dc:creator>
  <cp:keywords>C++, C#, Unity, gameplay programmer, tools programmer, graphics, React Native</cp:keywords>
  <dc:description>Updated August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